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BE0E" w14:textId="2DAB024D" w:rsidR="000277D1" w:rsidRDefault="00000000">
      <w:pPr>
        <w:spacing w:after="20"/>
        <w:jc w:val="center"/>
        <w:rPr>
          <w:lang w:eastAsia="ja-JP"/>
        </w:rPr>
      </w:pPr>
      <w:r>
        <w:rPr>
          <w:b/>
          <w:color w:val="17365D"/>
          <w:sz w:val="32"/>
          <w:lang w:eastAsia="ja-JP"/>
        </w:rPr>
        <w:t>同行訪問 申込フォーム</w:t>
      </w:r>
    </w:p>
    <w:p w14:paraId="1F33E55F" w14:textId="77777777" w:rsidR="000277D1" w:rsidRDefault="00000000">
      <w:pPr>
        <w:spacing w:after="80"/>
        <w:jc w:val="center"/>
        <w:rPr>
          <w:lang w:eastAsia="ja-JP"/>
        </w:rPr>
      </w:pPr>
      <w:r>
        <w:rPr>
          <w:color w:val="4B5563"/>
          <w:sz w:val="16"/>
          <w:lang w:eastAsia="ja-JP"/>
        </w:rPr>
        <w:t>訪問診療・在宅療養支援を希望する医師の状況と、同行時の支援内容を共有するための申込書です。</w:t>
      </w:r>
    </w:p>
    <w:tbl>
      <w:tblPr>
        <w:tblW w:w="9360" w:type="dxa"/>
        <w:jc w:val="center"/>
        <w:tblBorders>
          <w:top w:val="single" w:sz="5" w:space="0" w:color="CCD6E2"/>
          <w:left w:val="single" w:sz="5" w:space="0" w:color="CCD6E2"/>
          <w:bottom w:val="single" w:sz="5" w:space="0" w:color="CCD6E2"/>
          <w:right w:val="single" w:sz="5" w:space="0" w:color="CCD6E2"/>
          <w:insideH w:val="single" w:sz="5" w:space="0" w:color="CCD6E2"/>
          <w:insideV w:val="single" w:sz="5" w:space="0" w:color="CCD6E2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277D1" w14:paraId="0D0E4FE2" w14:textId="77777777">
        <w:trPr>
          <w:jc w:val="center"/>
        </w:trPr>
        <w:tc>
          <w:tcPr>
            <w:tcW w:w="3120" w:type="dxa"/>
            <w:shd w:val="clear" w:color="auto" w:fill="F7F9FC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4F32F87" w14:textId="77777777" w:rsidR="000277D1" w:rsidRDefault="00000000">
            <w:pPr>
              <w:spacing w:after="0" w:line="252" w:lineRule="auto"/>
              <w:jc w:val="center"/>
            </w:pPr>
            <w:proofErr w:type="spellStart"/>
            <w:r>
              <w:rPr>
                <w:color w:val="1F2937"/>
                <w:sz w:val="17"/>
              </w:rPr>
              <w:t>申込日</w:t>
            </w:r>
            <w:proofErr w:type="spellEnd"/>
            <w:r>
              <w:rPr>
                <w:color w:val="1F2937"/>
                <w:sz w:val="17"/>
              </w:rPr>
              <w:t>：　　　年　　月　　日</w:t>
            </w:r>
          </w:p>
        </w:tc>
        <w:tc>
          <w:tcPr>
            <w:tcW w:w="3120" w:type="dxa"/>
            <w:shd w:val="clear" w:color="auto" w:fill="F7F9FC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073027F" w14:textId="77777777" w:rsidR="000277D1" w:rsidRDefault="00000000">
            <w:pPr>
              <w:spacing w:after="0" w:line="252" w:lineRule="auto"/>
              <w:jc w:val="center"/>
            </w:pPr>
            <w:r>
              <w:rPr>
                <w:color w:val="1F2937"/>
                <w:sz w:val="17"/>
              </w:rPr>
              <w:t>希望訪問日：　　　年　　月　　日</w:t>
            </w:r>
          </w:p>
        </w:tc>
        <w:tc>
          <w:tcPr>
            <w:tcW w:w="3120" w:type="dxa"/>
            <w:shd w:val="clear" w:color="auto" w:fill="F7F9FC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7337B4E" w14:textId="77777777" w:rsidR="000277D1" w:rsidRDefault="00000000" w:rsidP="0043280C">
            <w:pPr>
              <w:spacing w:after="0" w:line="252" w:lineRule="auto"/>
            </w:pPr>
            <w:r>
              <w:rPr>
                <w:color w:val="1F2937"/>
                <w:sz w:val="17"/>
              </w:rPr>
              <w:t xml:space="preserve">申込医師：　　　　　　　　　</w:t>
            </w:r>
          </w:p>
        </w:tc>
      </w:tr>
    </w:tbl>
    <w:p w14:paraId="791B3DFB" w14:textId="77777777" w:rsidR="000277D1" w:rsidRDefault="00000000">
      <w:pPr>
        <w:pBdr>
          <w:bottom w:val="single" w:sz="8" w:space="3" w:color="2E74B5"/>
        </w:pBdr>
        <w:spacing w:before="100" w:after="40"/>
        <w:rPr>
          <w:lang w:eastAsia="ja-JP"/>
        </w:rPr>
      </w:pPr>
      <w:r>
        <w:rPr>
          <w:b/>
          <w:color w:val="17365D"/>
          <w:sz w:val="21"/>
          <w:lang w:eastAsia="ja-JP"/>
        </w:rPr>
        <w:t>1. 申込医師の属性・診療体制</w:t>
      </w:r>
    </w:p>
    <w:tbl>
      <w:tblPr>
        <w:tblW w:w="9917" w:type="dxa"/>
        <w:jc w:val="center"/>
        <w:tblBorders>
          <w:top w:val="single" w:sz="5" w:space="0" w:color="CCD6E2"/>
          <w:left w:val="single" w:sz="5" w:space="0" w:color="CCD6E2"/>
          <w:bottom w:val="single" w:sz="5" w:space="0" w:color="CCD6E2"/>
          <w:right w:val="single" w:sz="5" w:space="0" w:color="CCD6E2"/>
          <w:insideH w:val="single" w:sz="5" w:space="0" w:color="CCD6E2"/>
          <w:insideV w:val="single" w:sz="5" w:space="0" w:color="CCD6E2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3140"/>
        <w:gridCol w:w="1540"/>
        <w:gridCol w:w="3697"/>
      </w:tblGrid>
      <w:tr w:rsidR="000277D1" w14:paraId="5600C2A8" w14:textId="77777777" w:rsidTr="0043280C">
        <w:trPr>
          <w:jc w:val="center"/>
        </w:trPr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525BED2" w14:textId="77777777" w:rsidR="000277D1" w:rsidRDefault="00000000" w:rsidP="00E03983">
            <w:pPr>
              <w:spacing w:after="0" w:line="252" w:lineRule="auto"/>
              <w:jc w:val="distribute"/>
            </w:pPr>
            <w:proofErr w:type="spellStart"/>
            <w:r>
              <w:rPr>
                <w:b/>
                <w:color w:val="1F2937"/>
                <w:sz w:val="18"/>
              </w:rPr>
              <w:t>医療機関名</w:t>
            </w:r>
            <w:proofErr w:type="spellEnd"/>
          </w:p>
        </w:tc>
        <w:tc>
          <w:tcPr>
            <w:tcW w:w="3140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41642D9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 xml:space="preserve">　　　　　　　　　　　　</w:t>
            </w:r>
          </w:p>
        </w:tc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50F6063" w14:textId="77777777" w:rsidR="000277D1" w:rsidRDefault="00000000" w:rsidP="00E03983">
            <w:pPr>
              <w:spacing w:after="0" w:line="252" w:lineRule="auto"/>
              <w:jc w:val="distribute"/>
            </w:pPr>
            <w:r>
              <w:rPr>
                <w:b/>
                <w:color w:val="1F2937"/>
                <w:sz w:val="18"/>
              </w:rPr>
              <w:t>勤務形態</w:t>
            </w:r>
          </w:p>
        </w:tc>
        <w:tc>
          <w:tcPr>
            <w:tcW w:w="369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9F1A2D6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>□ 開業　□ 勤務　□ 非常勤</w:t>
            </w:r>
          </w:p>
        </w:tc>
      </w:tr>
      <w:tr w:rsidR="000277D1" w14:paraId="026DCE53" w14:textId="77777777" w:rsidTr="0043280C">
        <w:trPr>
          <w:jc w:val="center"/>
        </w:trPr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6389BD7" w14:textId="77777777" w:rsidR="000277D1" w:rsidRDefault="00000000" w:rsidP="00E03983">
            <w:pPr>
              <w:spacing w:after="0" w:line="252" w:lineRule="auto"/>
              <w:jc w:val="distribute"/>
            </w:pPr>
            <w:r>
              <w:rPr>
                <w:b/>
                <w:color w:val="1F2937"/>
                <w:sz w:val="18"/>
              </w:rPr>
              <w:t>役職・立場</w:t>
            </w:r>
          </w:p>
        </w:tc>
        <w:tc>
          <w:tcPr>
            <w:tcW w:w="3140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4BF8E20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 xml:space="preserve">　　　　　　　　　　　　</w:t>
            </w:r>
          </w:p>
        </w:tc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3BC47C0" w14:textId="77777777" w:rsidR="000277D1" w:rsidRDefault="00000000" w:rsidP="00E03983">
            <w:pPr>
              <w:spacing w:after="0" w:line="252" w:lineRule="auto"/>
              <w:jc w:val="distribute"/>
            </w:pPr>
            <w:r>
              <w:rPr>
                <w:b/>
                <w:color w:val="1F2937"/>
                <w:sz w:val="18"/>
              </w:rPr>
              <w:t>診療科</w:t>
            </w:r>
          </w:p>
        </w:tc>
        <w:tc>
          <w:tcPr>
            <w:tcW w:w="369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91980C5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 xml:space="preserve">　　　　　　　　　　　　</w:t>
            </w:r>
          </w:p>
        </w:tc>
      </w:tr>
      <w:tr w:rsidR="000277D1" w14:paraId="51318E0D" w14:textId="77777777" w:rsidTr="0043280C">
        <w:trPr>
          <w:jc w:val="center"/>
        </w:trPr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99107F0" w14:textId="77777777" w:rsidR="000277D1" w:rsidRDefault="00000000" w:rsidP="00E03983">
            <w:pPr>
              <w:spacing w:after="0" w:line="252" w:lineRule="auto"/>
              <w:jc w:val="distribute"/>
            </w:pPr>
            <w:r>
              <w:rPr>
                <w:b/>
                <w:color w:val="1F2937"/>
                <w:sz w:val="18"/>
              </w:rPr>
              <w:t>医師経験年数</w:t>
            </w:r>
          </w:p>
        </w:tc>
        <w:tc>
          <w:tcPr>
            <w:tcW w:w="3140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BEA6E76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>□ 1〜5年 □ 6〜10年 □ 11年以上</w:t>
            </w:r>
          </w:p>
        </w:tc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B9C8167" w14:textId="77777777" w:rsidR="000277D1" w:rsidRDefault="00000000" w:rsidP="00E03983">
            <w:pPr>
              <w:spacing w:after="0" w:line="252" w:lineRule="auto"/>
              <w:jc w:val="distribute"/>
            </w:pPr>
            <w:r>
              <w:rPr>
                <w:b/>
                <w:color w:val="1F2937"/>
                <w:sz w:val="18"/>
              </w:rPr>
              <w:t>現在の診療</w:t>
            </w:r>
          </w:p>
        </w:tc>
        <w:tc>
          <w:tcPr>
            <w:tcW w:w="369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E1D32C5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>□ 外来中心 □ 病院 □ 訪問診療</w:t>
            </w:r>
          </w:p>
        </w:tc>
      </w:tr>
      <w:tr w:rsidR="000277D1" w14:paraId="2CDB2861" w14:textId="77777777" w:rsidTr="0043280C">
        <w:trPr>
          <w:jc w:val="center"/>
        </w:trPr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523646F" w14:textId="77777777" w:rsidR="000277D1" w:rsidRDefault="00000000" w:rsidP="00E03983">
            <w:pPr>
              <w:spacing w:after="0" w:line="252" w:lineRule="auto"/>
              <w:jc w:val="distribute"/>
            </w:pPr>
            <w:r>
              <w:rPr>
                <w:b/>
                <w:color w:val="1F2937"/>
                <w:sz w:val="18"/>
              </w:rPr>
              <w:t>在宅医療経験</w:t>
            </w:r>
          </w:p>
        </w:tc>
        <w:tc>
          <w:tcPr>
            <w:tcW w:w="3140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9D0DCC0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>□ 未経験 □ 見学・研修のみ □ 経験あり</w:t>
            </w:r>
          </w:p>
        </w:tc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CB19748" w14:textId="77777777" w:rsidR="000277D1" w:rsidRDefault="00000000" w:rsidP="00E03983">
            <w:pPr>
              <w:spacing w:after="0" w:line="252" w:lineRule="auto"/>
              <w:jc w:val="distribute"/>
            </w:pPr>
            <w:proofErr w:type="spellStart"/>
            <w:r>
              <w:rPr>
                <w:b/>
                <w:color w:val="1F2937"/>
                <w:sz w:val="18"/>
              </w:rPr>
              <w:t>対応希望地域</w:t>
            </w:r>
            <w:proofErr w:type="spellEnd"/>
          </w:p>
        </w:tc>
        <w:tc>
          <w:tcPr>
            <w:tcW w:w="369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4055D5B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 xml:space="preserve">　　　　　　　　　　　　</w:t>
            </w:r>
          </w:p>
        </w:tc>
      </w:tr>
    </w:tbl>
    <w:p w14:paraId="6EA8CD2E" w14:textId="77777777" w:rsidR="000277D1" w:rsidRDefault="00000000">
      <w:pPr>
        <w:pBdr>
          <w:bottom w:val="single" w:sz="8" w:space="3" w:color="2E74B5"/>
        </w:pBdr>
        <w:spacing w:before="100" w:after="40"/>
        <w:rPr>
          <w:lang w:eastAsia="ja-JP"/>
        </w:rPr>
      </w:pPr>
      <w:r>
        <w:rPr>
          <w:b/>
          <w:color w:val="17365D"/>
          <w:sz w:val="21"/>
          <w:lang w:eastAsia="ja-JP"/>
        </w:rPr>
        <w:t>2. 在宅療養・訪問診療への希望</w:t>
      </w:r>
    </w:p>
    <w:tbl>
      <w:tblPr>
        <w:tblW w:w="9917" w:type="dxa"/>
        <w:jc w:val="center"/>
        <w:tblBorders>
          <w:top w:val="single" w:sz="5" w:space="0" w:color="CCD6E2"/>
          <w:left w:val="single" w:sz="5" w:space="0" w:color="CCD6E2"/>
          <w:bottom w:val="single" w:sz="5" w:space="0" w:color="CCD6E2"/>
          <w:right w:val="single" w:sz="5" w:space="0" w:color="CCD6E2"/>
          <w:insideH w:val="single" w:sz="5" w:space="0" w:color="CCD6E2"/>
          <w:insideV w:val="single" w:sz="5" w:space="0" w:color="CCD6E2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417"/>
      </w:tblGrid>
      <w:tr w:rsidR="000277D1" w14:paraId="04AF51F6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CD44389" w14:textId="77777777" w:rsidR="000277D1" w:rsidRDefault="00000000">
            <w:pPr>
              <w:spacing w:after="0" w:line="252" w:lineRule="auto"/>
            </w:pPr>
            <w:proofErr w:type="spellStart"/>
            <w:r>
              <w:rPr>
                <w:b/>
                <w:color w:val="1F2937"/>
                <w:sz w:val="18"/>
              </w:rPr>
              <w:t>取り組みたい内容</w:t>
            </w:r>
            <w:proofErr w:type="spellEnd"/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62FD947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>□ 定期訪問 □ 緊急往診 □ 看取り □ 施設訪問 □ 多職種連携 □ その他（　　　　　　）</w:t>
            </w:r>
          </w:p>
        </w:tc>
      </w:tr>
      <w:tr w:rsidR="000277D1" w14:paraId="7BFF96F0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4E803B0" w14:textId="77777777" w:rsidR="000277D1" w:rsidRDefault="00000000">
            <w:pPr>
              <w:spacing w:after="0" w:line="252" w:lineRule="auto"/>
            </w:pPr>
            <w:proofErr w:type="spellStart"/>
            <w:r>
              <w:rPr>
                <w:b/>
                <w:color w:val="1F2937"/>
                <w:sz w:val="18"/>
              </w:rPr>
              <w:t>開始・拡大の時期</w:t>
            </w:r>
            <w:proofErr w:type="spellEnd"/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3E24F0D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>□ すぐに □ 3か月以内 □ 半年以内 □ 情報収集段階　　目標件数：　　　　件／月</w:t>
            </w:r>
          </w:p>
        </w:tc>
      </w:tr>
      <w:tr w:rsidR="000277D1" w14:paraId="468AB86B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74E60A3" w14:textId="77777777" w:rsidR="000277D1" w:rsidRDefault="00000000">
            <w:pPr>
              <w:spacing w:after="0" w:line="252" w:lineRule="auto"/>
            </w:pPr>
            <w:proofErr w:type="spellStart"/>
            <w:r>
              <w:rPr>
                <w:b/>
                <w:color w:val="1F2937"/>
                <w:sz w:val="18"/>
              </w:rPr>
              <w:t>現在の体制・連携先</w:t>
            </w:r>
            <w:proofErr w:type="spellEnd"/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4DE12F9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 xml:space="preserve">□ 訪問看護 □ ケアマネ □ 病院 □ 薬局 □ 未整備　　補足：　　　　　　　　　　　　</w:t>
            </w:r>
          </w:p>
        </w:tc>
      </w:tr>
    </w:tbl>
    <w:p w14:paraId="52D1B22B" w14:textId="77777777" w:rsidR="000277D1" w:rsidRDefault="00000000">
      <w:pPr>
        <w:pBdr>
          <w:bottom w:val="single" w:sz="8" w:space="3" w:color="2E74B5"/>
        </w:pBdr>
        <w:spacing w:before="100" w:after="40"/>
      </w:pPr>
      <w:r>
        <w:rPr>
          <w:b/>
          <w:color w:val="17365D"/>
          <w:sz w:val="21"/>
        </w:rPr>
        <w:t xml:space="preserve">3. </w:t>
      </w:r>
      <w:proofErr w:type="spellStart"/>
      <w:r>
        <w:rPr>
          <w:b/>
          <w:color w:val="17365D"/>
          <w:sz w:val="21"/>
        </w:rPr>
        <w:t>同行訪問の依頼内容</w:t>
      </w:r>
      <w:proofErr w:type="spellEnd"/>
    </w:p>
    <w:tbl>
      <w:tblPr>
        <w:tblW w:w="9917" w:type="dxa"/>
        <w:jc w:val="center"/>
        <w:tblBorders>
          <w:top w:val="single" w:sz="5" w:space="0" w:color="CCD6E2"/>
          <w:left w:val="single" w:sz="5" w:space="0" w:color="CCD6E2"/>
          <w:bottom w:val="single" w:sz="5" w:space="0" w:color="CCD6E2"/>
          <w:right w:val="single" w:sz="5" w:space="0" w:color="CCD6E2"/>
          <w:insideH w:val="single" w:sz="5" w:space="0" w:color="CCD6E2"/>
          <w:insideV w:val="single" w:sz="5" w:space="0" w:color="CCD6E2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417"/>
      </w:tblGrid>
      <w:tr w:rsidR="000277D1" w14:paraId="422A5A0A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1ACF888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1F2937"/>
                <w:sz w:val="18"/>
                <w:lang w:eastAsia="ja-JP"/>
              </w:rPr>
              <w:t>訪問先（患者情報は匿名）</w:t>
            </w:r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3C75C3C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 xml:space="preserve">患者区分：□ 個人宅 □ 施設　　地域・施設名等：　　　　　　　　　　　　　　　　　</w:t>
            </w:r>
          </w:p>
        </w:tc>
      </w:tr>
      <w:tr w:rsidR="000277D1" w14:paraId="3FDF6658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DCD0F5E" w14:textId="77777777" w:rsidR="000277D1" w:rsidRDefault="00000000">
            <w:pPr>
              <w:spacing w:after="0" w:line="252" w:lineRule="auto"/>
            </w:pPr>
            <w:proofErr w:type="spellStart"/>
            <w:r>
              <w:rPr>
                <w:b/>
                <w:color w:val="1F2937"/>
                <w:sz w:val="18"/>
              </w:rPr>
              <w:t>訪問目的</w:t>
            </w:r>
            <w:proofErr w:type="spellEnd"/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ED36BE7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>□ 初回面談 □ 定期診療 □ 急変対応 □ 看取り □ 連携調整 □ その他（　　　　　　）</w:t>
            </w:r>
          </w:p>
        </w:tc>
      </w:tr>
      <w:tr w:rsidR="000277D1" w14:paraId="477F119B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8660752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1F2937"/>
                <w:sz w:val="18"/>
                <w:lang w:eastAsia="ja-JP"/>
              </w:rPr>
              <w:t>同行で学びたい・支援してほしい点</w:t>
            </w:r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D33CE52" w14:textId="77777777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>□ 診療の進め方 □ 患者・家族対応 □ 多職種連携 □ 書類・制度 □ 開業・運営 □ その他（　　　）</w:t>
            </w:r>
          </w:p>
        </w:tc>
      </w:tr>
      <w:tr w:rsidR="000277D1" w14:paraId="480B8EAC" w14:textId="77777777" w:rsidTr="0043280C">
        <w:trPr>
          <w:jc w:val="center"/>
        </w:trPr>
        <w:tc>
          <w:tcPr>
            <w:tcW w:w="250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0D33DD9" w14:textId="02E2F133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1F2937"/>
                <w:sz w:val="18"/>
                <w:lang w:eastAsia="ja-JP"/>
              </w:rPr>
              <w:t>当日の確認事項</w:t>
            </w:r>
          </w:p>
        </w:tc>
        <w:tc>
          <w:tcPr>
            <w:tcW w:w="741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72F8A62A" w14:textId="156C9D80" w:rsidR="000277D1" w:rsidRDefault="00000000">
            <w:pPr>
              <w:spacing w:after="0" w:line="252" w:lineRule="auto"/>
              <w:rPr>
                <w:lang w:eastAsia="ja-JP"/>
              </w:rPr>
            </w:pPr>
            <w:r>
              <w:rPr>
                <w:color w:val="1F2937"/>
                <w:sz w:val="18"/>
                <w:lang w:eastAsia="ja-JP"/>
              </w:rPr>
              <w:t xml:space="preserve">同行者への依頼・留意事項：　　　　　　　　　</w:t>
            </w:r>
          </w:p>
        </w:tc>
      </w:tr>
    </w:tbl>
    <w:p w14:paraId="7E6D283C" w14:textId="77777777" w:rsidR="000277D1" w:rsidRDefault="00000000">
      <w:pPr>
        <w:pBdr>
          <w:bottom w:val="single" w:sz="8" w:space="3" w:color="2E74B5"/>
        </w:pBdr>
        <w:spacing w:before="100" w:after="40"/>
        <w:rPr>
          <w:lang w:eastAsia="ja-JP"/>
        </w:rPr>
      </w:pPr>
      <w:r>
        <w:rPr>
          <w:b/>
          <w:color w:val="17365D"/>
          <w:sz w:val="21"/>
          <w:lang w:eastAsia="ja-JP"/>
        </w:rPr>
        <w:t>4. 事前確認・訪問後フォロー</w:t>
      </w:r>
    </w:p>
    <w:tbl>
      <w:tblPr>
        <w:tblW w:w="9917" w:type="dxa"/>
        <w:jc w:val="center"/>
        <w:tblBorders>
          <w:top w:val="single" w:sz="5" w:space="0" w:color="CCD6E2"/>
          <w:left w:val="single" w:sz="5" w:space="0" w:color="CCD6E2"/>
          <w:bottom w:val="single" w:sz="5" w:space="0" w:color="CCD6E2"/>
          <w:right w:val="single" w:sz="5" w:space="0" w:color="CCD6E2"/>
          <w:insideH w:val="single" w:sz="5" w:space="0" w:color="CCD6E2"/>
          <w:insideV w:val="single" w:sz="5" w:space="0" w:color="CCD6E2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3140"/>
        <w:gridCol w:w="1540"/>
        <w:gridCol w:w="3697"/>
      </w:tblGrid>
      <w:tr w:rsidR="000277D1" w14:paraId="7745B1D6" w14:textId="77777777" w:rsidTr="0043280C">
        <w:trPr>
          <w:jc w:val="center"/>
        </w:trPr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CAD7823" w14:textId="77777777" w:rsidR="000277D1" w:rsidRDefault="00000000">
            <w:pPr>
              <w:spacing w:after="0" w:line="252" w:lineRule="auto"/>
            </w:pPr>
            <w:proofErr w:type="spellStart"/>
            <w:r>
              <w:rPr>
                <w:b/>
                <w:color w:val="1F2937"/>
                <w:sz w:val="18"/>
              </w:rPr>
              <w:t>事前打合せ</w:t>
            </w:r>
            <w:proofErr w:type="spellEnd"/>
          </w:p>
        </w:tc>
        <w:tc>
          <w:tcPr>
            <w:tcW w:w="3140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65E6B7BF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>□ 希望（　月　日　時頃） □ 不要</w:t>
            </w:r>
          </w:p>
        </w:tc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F23FCD7" w14:textId="77777777" w:rsidR="000277D1" w:rsidRDefault="00000000">
            <w:pPr>
              <w:spacing w:after="0" w:line="252" w:lineRule="auto"/>
            </w:pPr>
            <w:r>
              <w:rPr>
                <w:b/>
                <w:color w:val="1F2937"/>
                <w:sz w:val="18"/>
              </w:rPr>
              <w:t>同行者（予定）</w:t>
            </w:r>
          </w:p>
        </w:tc>
        <w:tc>
          <w:tcPr>
            <w:tcW w:w="369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02A7B7E0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 xml:space="preserve">　　　　　　　　　　　　</w:t>
            </w:r>
          </w:p>
        </w:tc>
      </w:tr>
      <w:tr w:rsidR="000277D1" w14:paraId="53CFF892" w14:textId="77777777" w:rsidTr="0043280C">
        <w:trPr>
          <w:jc w:val="center"/>
        </w:trPr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7C4580E" w14:textId="77777777" w:rsidR="000277D1" w:rsidRDefault="00000000">
            <w:pPr>
              <w:spacing w:after="0" w:line="252" w:lineRule="auto"/>
            </w:pPr>
            <w:r>
              <w:rPr>
                <w:b/>
                <w:color w:val="1F2937"/>
                <w:sz w:val="18"/>
              </w:rPr>
              <w:t>訪問後振り返り</w:t>
            </w:r>
          </w:p>
        </w:tc>
        <w:tc>
          <w:tcPr>
            <w:tcW w:w="3140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5272DE7C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>□ 当日実施 □ 後日実施</w:t>
            </w:r>
          </w:p>
        </w:tc>
        <w:tc>
          <w:tcPr>
            <w:tcW w:w="1540" w:type="dxa"/>
            <w:shd w:val="clear" w:color="auto" w:fill="E8EEF5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1BCE2D3D" w14:textId="77777777" w:rsidR="000277D1" w:rsidRDefault="00000000">
            <w:pPr>
              <w:spacing w:after="0" w:line="252" w:lineRule="auto"/>
            </w:pPr>
            <w:r>
              <w:rPr>
                <w:b/>
                <w:color w:val="1F2937"/>
                <w:sz w:val="18"/>
              </w:rPr>
              <w:t>次回アクション</w:t>
            </w:r>
          </w:p>
        </w:tc>
        <w:tc>
          <w:tcPr>
            <w:tcW w:w="3697" w:type="dxa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FAA501B" w14:textId="77777777" w:rsidR="000277D1" w:rsidRDefault="00000000">
            <w:pPr>
              <w:spacing w:after="0" w:line="252" w:lineRule="auto"/>
            </w:pPr>
            <w:r>
              <w:rPr>
                <w:color w:val="1F2937"/>
                <w:sz w:val="18"/>
              </w:rPr>
              <w:t>担当：　　　　　期限：　月　日</w:t>
            </w:r>
          </w:p>
        </w:tc>
      </w:tr>
    </w:tbl>
    <w:p w14:paraId="6C7FCDEE" w14:textId="77777777" w:rsidR="000277D1" w:rsidRDefault="00000000">
      <w:pPr>
        <w:spacing w:before="80"/>
        <w:jc w:val="center"/>
        <w:rPr>
          <w:lang w:eastAsia="ja-JP"/>
        </w:rPr>
      </w:pPr>
      <w:r>
        <w:rPr>
          <w:color w:val="4B5563"/>
          <w:sz w:val="15"/>
          <w:lang w:eastAsia="ja-JP"/>
        </w:rPr>
        <w:t>※ 患者氏名や病歴など、個人を特定できる情報は記載せず、必要な情報は院内規程に従って取り扱ってください。</w:t>
      </w:r>
    </w:p>
    <w:sectPr w:rsidR="000277D1" w:rsidSect="00034616">
      <w:headerReference w:type="default" r:id="rId8"/>
      <w:pgSz w:w="11906" w:h="16838"/>
      <w:pgMar w:top="567" w:right="737" w:bottom="567" w:left="73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879D2" w14:textId="77777777" w:rsidR="004A5936" w:rsidRDefault="004A5936" w:rsidP="00E03983">
      <w:pPr>
        <w:spacing w:after="0" w:line="240" w:lineRule="auto"/>
      </w:pPr>
      <w:r>
        <w:separator/>
      </w:r>
    </w:p>
  </w:endnote>
  <w:endnote w:type="continuationSeparator" w:id="0">
    <w:p w14:paraId="5C93E16D" w14:textId="77777777" w:rsidR="004A5936" w:rsidRDefault="004A5936" w:rsidP="00E03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FABD" w14:textId="77777777" w:rsidR="004A5936" w:rsidRDefault="004A5936" w:rsidP="00E03983">
      <w:pPr>
        <w:spacing w:after="0" w:line="240" w:lineRule="auto"/>
      </w:pPr>
      <w:r>
        <w:separator/>
      </w:r>
    </w:p>
  </w:footnote>
  <w:footnote w:type="continuationSeparator" w:id="0">
    <w:p w14:paraId="7AD596FB" w14:textId="77777777" w:rsidR="004A5936" w:rsidRDefault="004A5936" w:rsidP="00E03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C9A8" w14:textId="1567475E" w:rsidR="00E03983" w:rsidRDefault="00E03983">
    <w:pPr>
      <w:pStyle w:val="a5"/>
    </w:pPr>
    <w:r>
      <w:rPr>
        <w:noProof/>
      </w:rPr>
      <w:drawing>
        <wp:inline distT="0" distB="0" distL="0" distR="0" wp14:anchorId="36298D22" wp14:editId="0A31A59C">
          <wp:extent cx="1571625" cy="251113"/>
          <wp:effectExtent l="0" t="0" r="0" b="0"/>
          <wp:docPr id="1" name="図 1" descr="都島区医師会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都島区医師会ロ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981" cy="25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4877864">
    <w:abstractNumId w:val="8"/>
  </w:num>
  <w:num w:numId="2" w16cid:durableId="1590236535">
    <w:abstractNumId w:val="6"/>
  </w:num>
  <w:num w:numId="3" w16cid:durableId="1923292603">
    <w:abstractNumId w:val="5"/>
  </w:num>
  <w:num w:numId="4" w16cid:durableId="449860337">
    <w:abstractNumId w:val="4"/>
  </w:num>
  <w:num w:numId="5" w16cid:durableId="315887649">
    <w:abstractNumId w:val="7"/>
  </w:num>
  <w:num w:numId="6" w16cid:durableId="1397975191">
    <w:abstractNumId w:val="3"/>
  </w:num>
  <w:num w:numId="7" w16cid:durableId="972175719">
    <w:abstractNumId w:val="2"/>
  </w:num>
  <w:num w:numId="8" w16cid:durableId="207451469">
    <w:abstractNumId w:val="1"/>
  </w:num>
  <w:num w:numId="9" w16cid:durableId="204787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7D1"/>
    <w:rsid w:val="00034616"/>
    <w:rsid w:val="0006063C"/>
    <w:rsid w:val="001046C6"/>
    <w:rsid w:val="0015074B"/>
    <w:rsid w:val="0029639D"/>
    <w:rsid w:val="00326F90"/>
    <w:rsid w:val="0043280C"/>
    <w:rsid w:val="004A5936"/>
    <w:rsid w:val="004F342D"/>
    <w:rsid w:val="00527B63"/>
    <w:rsid w:val="007058E1"/>
    <w:rsid w:val="00AA1D8D"/>
    <w:rsid w:val="00B47730"/>
    <w:rsid w:val="00CB0664"/>
    <w:rsid w:val="00E039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B358E8"/>
  <w14:defaultImageDpi w14:val="300"/>
  <w15:docId w15:val="{754C21FA-76F7-4408-8F3C-37D86DA3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訪問診療・同行訪問申込フォーム（医師向け）</dc:title>
  <dc:subject/>
  <dc:creator>python-docx</dc:creator>
  <cp:keywords/>
  <dc:description>generated by python-docx</dc:description>
  <cp:lastModifiedBy>恭子 園田</cp:lastModifiedBy>
  <cp:revision>6</cp:revision>
  <dcterms:created xsi:type="dcterms:W3CDTF">2026-07-23T04:07:00Z</dcterms:created>
  <dcterms:modified xsi:type="dcterms:W3CDTF">2026-07-23T04:30:00Z</dcterms:modified>
  <cp:category/>
</cp:coreProperties>
</file>